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0396D" w14:textId="77777777" w:rsidR="00555EC9" w:rsidRDefault="00555EC9">
      <w:pPr>
        <w:jc w:val="center"/>
        <w:rPr>
          <w:b/>
          <w:sz w:val="36"/>
          <w:szCs w:val="32"/>
        </w:rPr>
      </w:pPr>
    </w:p>
    <w:p w14:paraId="580CD07F" w14:textId="71E78C59" w:rsidR="00A84B6E" w:rsidRPr="00FE0E30" w:rsidRDefault="007E6C65">
      <w:pPr>
        <w:jc w:val="center"/>
        <w:rPr>
          <w:sz w:val="32"/>
          <w:szCs w:val="32"/>
        </w:rPr>
      </w:pPr>
      <w:r w:rsidRPr="00FE0E30">
        <w:rPr>
          <w:b/>
          <w:sz w:val="36"/>
          <w:szCs w:val="32"/>
        </w:rPr>
        <w:t>MODULISTICA ETS</w:t>
      </w:r>
    </w:p>
    <w:p w14:paraId="2ED1F428" w14:textId="77777777" w:rsidR="00FE0E30" w:rsidRPr="00FE0E30" w:rsidRDefault="00FE0E30" w:rsidP="00FE0E30">
      <w:pPr>
        <w:jc w:val="center"/>
        <w:rPr>
          <w:b/>
          <w:sz w:val="32"/>
          <w:szCs w:val="32"/>
        </w:rPr>
      </w:pPr>
      <w:r w:rsidRPr="00FE0E30">
        <w:rPr>
          <w:b/>
          <w:sz w:val="32"/>
          <w:szCs w:val="32"/>
        </w:rPr>
        <w:t xml:space="preserve">Individuazione ETS per servizi di assistenza personale non specialistica </w:t>
      </w:r>
    </w:p>
    <w:p w14:paraId="479061FF" w14:textId="77777777" w:rsidR="00FE0E30" w:rsidRPr="00FE0E30" w:rsidRDefault="00FE0E30" w:rsidP="00FE0E30">
      <w:pPr>
        <w:jc w:val="center"/>
        <w:rPr>
          <w:b/>
          <w:i/>
          <w:iCs/>
          <w:sz w:val="24"/>
          <w:szCs w:val="24"/>
        </w:rPr>
      </w:pPr>
      <w:r w:rsidRPr="00FE0E30">
        <w:rPr>
          <w:b/>
          <w:i/>
          <w:iCs/>
          <w:sz w:val="24"/>
          <w:szCs w:val="24"/>
        </w:rPr>
        <w:t>CUP F81H25000250001</w:t>
      </w:r>
      <w:r w:rsidRPr="00FE0E30">
        <w:rPr>
          <w:b/>
          <w:i/>
          <w:iCs/>
          <w:sz w:val="24"/>
          <w:szCs w:val="24"/>
        </w:rPr>
        <w:br/>
        <w:t>“Quota Servizi Fondo Povertà 2025 - ATS Caulonia</w:t>
      </w:r>
      <w:r w:rsidRPr="00FE0E30">
        <w:rPr>
          <w:b/>
          <w:i/>
          <w:iCs/>
          <w:sz w:val="24"/>
          <w:szCs w:val="24"/>
        </w:rPr>
        <w:br/>
        <w:t>Obiettivo 2 Rafforzamento degli interventi di inclusione sociale”</w:t>
      </w:r>
    </w:p>
    <w:p w14:paraId="7CCE8752" w14:textId="77777777" w:rsidR="00A84B6E" w:rsidRPr="00FE0E30" w:rsidRDefault="00A84B6E">
      <w:pPr>
        <w:spacing w:after="80" w:line="252" w:lineRule="auto"/>
        <w:jc w:val="both"/>
      </w:pPr>
    </w:p>
    <w:p w14:paraId="1A2A4735" w14:textId="77777777" w:rsidR="00A84B6E" w:rsidRPr="00FE0E30" w:rsidRDefault="007E6C65">
      <w:pPr>
        <w:jc w:val="center"/>
      </w:pPr>
      <w:r w:rsidRPr="00FE0E30">
        <w:rPr>
          <w:b/>
          <w:sz w:val="24"/>
        </w:rPr>
        <w:t>MODELLO C1 - DOMANDA DI PARTECIPAZIONE ETS</w:t>
      </w:r>
    </w:p>
    <w:p w14:paraId="62FA7DD0" w14:textId="51B4697A" w:rsidR="00A84B6E" w:rsidRPr="00FE0E30" w:rsidRDefault="007E6C65" w:rsidP="00FE0E30">
      <w:pPr>
        <w:spacing w:after="80" w:line="252" w:lineRule="auto"/>
        <w:jc w:val="right"/>
      </w:pPr>
      <w:r w:rsidRPr="00FE0E30">
        <w:t xml:space="preserve">Al Comune di </w:t>
      </w:r>
      <w:r w:rsidR="00FB0C15">
        <w:t>MAMMOLA</w:t>
      </w:r>
    </w:p>
    <w:p w14:paraId="5B5DC4B5" w14:textId="77777777" w:rsidR="00FE0E30" w:rsidRDefault="00FE0E30">
      <w:pPr>
        <w:spacing w:after="80" w:line="252" w:lineRule="auto"/>
        <w:jc w:val="both"/>
        <w:rPr>
          <w:b/>
        </w:rPr>
      </w:pPr>
    </w:p>
    <w:p w14:paraId="3EB9924B" w14:textId="60B0B7E8" w:rsidR="00A84B6E" w:rsidRDefault="007E6C65">
      <w:pPr>
        <w:spacing w:after="80" w:line="252" w:lineRule="auto"/>
        <w:jc w:val="both"/>
        <w:rPr>
          <w:b/>
        </w:rPr>
      </w:pPr>
      <w:r w:rsidRPr="00FE0E30">
        <w:rPr>
          <w:b/>
        </w:rPr>
        <w:t xml:space="preserve">Oggetto: Domanda di partecipazione all'avviso pubblico per l'individuazione di ETS per servizi di assistenza personale non specialistica - QSFP 2025 - CUP </w:t>
      </w:r>
      <w:r w:rsidR="00FE0E30" w:rsidRPr="00FE0E30">
        <w:rPr>
          <w:b/>
        </w:rPr>
        <w:t>F81H25000250001</w:t>
      </w:r>
      <w:r w:rsidRPr="00FE0E30">
        <w:rPr>
          <w:b/>
        </w:rPr>
        <w:t>.</w:t>
      </w:r>
    </w:p>
    <w:p w14:paraId="194579A7" w14:textId="77777777" w:rsidR="00FE0E30" w:rsidRPr="00FE0E30" w:rsidRDefault="00FE0E30">
      <w:pPr>
        <w:spacing w:after="80" w:line="252" w:lineRule="auto"/>
        <w:jc w:val="both"/>
        <w:rPr>
          <w:b/>
        </w:rPr>
      </w:pPr>
    </w:p>
    <w:p w14:paraId="702E1924" w14:textId="77777777" w:rsidR="00A84B6E" w:rsidRPr="00FE0E30" w:rsidRDefault="007E6C65">
      <w:pPr>
        <w:spacing w:after="80" w:line="252" w:lineRule="auto"/>
        <w:jc w:val="both"/>
      </w:pPr>
      <w:r w:rsidRPr="00FE0E30">
        <w:t xml:space="preserve">Il/La sottoscritto/a ____________________, nato/a </w:t>
      </w:r>
      <w:proofErr w:type="spellStart"/>
      <w:r w:rsidRPr="00FE0E30">
        <w:t>a</w:t>
      </w:r>
      <w:proofErr w:type="spellEnd"/>
      <w:r w:rsidRPr="00FE0E30">
        <w:t xml:space="preserve"> ____________________ il __________, codice fiscale ____________________, in qualità di legale rappresentante dell'ETS ____________________, con sede legale in ____________________, codice fiscale/P.IVA ____________________, PEC ____________________, telefono ____________________,</w:t>
      </w:r>
    </w:p>
    <w:p w14:paraId="33876860" w14:textId="77777777" w:rsidR="00A84B6E" w:rsidRPr="00FE0E30" w:rsidRDefault="007E6C65">
      <w:pPr>
        <w:jc w:val="center"/>
      </w:pPr>
      <w:r w:rsidRPr="00FE0E30">
        <w:rPr>
          <w:b/>
        </w:rPr>
        <w:t>CHIEDE</w:t>
      </w:r>
    </w:p>
    <w:p w14:paraId="6CBBECBC" w14:textId="77777777" w:rsidR="00A84B6E" w:rsidRPr="00FE0E30" w:rsidRDefault="007E6C65">
      <w:pPr>
        <w:spacing w:after="80" w:line="252" w:lineRule="auto"/>
        <w:jc w:val="both"/>
      </w:pPr>
      <w:r w:rsidRPr="00FE0E30">
        <w:t>di partecipare all'avviso pubblico per l'individuazione di ETS disponibili a offrire servizi di assistenza personale non specialistica, assistenza domiciliare socioassistenziale e servizi di prossimità in favore di persone non autosufficienti in condizione di disagio economico-sociale.</w:t>
      </w:r>
    </w:p>
    <w:p w14:paraId="0075DB8A" w14:textId="77777777" w:rsidR="00A84B6E" w:rsidRPr="00FE0E30" w:rsidRDefault="007E6C65">
      <w:pPr>
        <w:spacing w:after="80" w:line="252" w:lineRule="auto"/>
        <w:jc w:val="both"/>
      </w:pPr>
      <w:r w:rsidRPr="00FE0E30">
        <w:t>A tal fine allega:</w:t>
      </w:r>
    </w:p>
    <w:p w14:paraId="4473FEB2" w14:textId="77777777" w:rsidR="00A84B6E" w:rsidRPr="00FE0E30" w:rsidRDefault="007E6C65">
      <w:pPr>
        <w:pStyle w:val="Puntoelenco"/>
        <w:spacing w:after="20"/>
        <w:jc w:val="both"/>
      </w:pPr>
      <w:r w:rsidRPr="00FE0E30">
        <w:t>dichiarazione requisiti;</w:t>
      </w:r>
    </w:p>
    <w:p w14:paraId="30FECA08" w14:textId="77777777" w:rsidR="00A84B6E" w:rsidRPr="00FE0E30" w:rsidRDefault="007E6C65">
      <w:pPr>
        <w:pStyle w:val="Puntoelenco"/>
        <w:spacing w:after="20"/>
        <w:jc w:val="both"/>
      </w:pPr>
      <w:r w:rsidRPr="00FE0E30">
        <w:t>documento di identità del legale rappresentante;</w:t>
      </w:r>
    </w:p>
    <w:p w14:paraId="39997245" w14:textId="77777777" w:rsidR="00A84B6E" w:rsidRPr="00FE0E30" w:rsidRDefault="007E6C65">
      <w:pPr>
        <w:pStyle w:val="Puntoelenco"/>
        <w:spacing w:after="20"/>
        <w:jc w:val="both"/>
      </w:pPr>
      <w:r w:rsidRPr="00FE0E30">
        <w:t>statuto e atto costitutivo;</w:t>
      </w:r>
    </w:p>
    <w:p w14:paraId="4EC180FB" w14:textId="77777777" w:rsidR="00A84B6E" w:rsidRPr="00FE0E30" w:rsidRDefault="007E6C65">
      <w:pPr>
        <w:pStyle w:val="Puntoelenco"/>
        <w:spacing w:after="20"/>
        <w:jc w:val="both"/>
      </w:pPr>
      <w:r w:rsidRPr="00FE0E30">
        <w:t>documentazione attestante iscrizione al RUNTS;</w:t>
      </w:r>
    </w:p>
    <w:p w14:paraId="707DF4B2" w14:textId="77777777" w:rsidR="00A84B6E" w:rsidRPr="00FE0E30" w:rsidRDefault="007E6C65">
      <w:pPr>
        <w:pStyle w:val="Puntoelenco"/>
        <w:spacing w:after="20"/>
        <w:jc w:val="both"/>
      </w:pPr>
      <w:r w:rsidRPr="00FE0E30">
        <w:t>proposta operativa;</w:t>
      </w:r>
    </w:p>
    <w:p w14:paraId="2B2156DD" w14:textId="77777777" w:rsidR="00A84B6E" w:rsidRPr="00FE0E30" w:rsidRDefault="007E6C65">
      <w:pPr>
        <w:pStyle w:val="Puntoelenco"/>
        <w:spacing w:after="20"/>
        <w:jc w:val="both"/>
      </w:pPr>
      <w:r w:rsidRPr="00FE0E30">
        <w:t>curriculum dell'ente;</w:t>
      </w:r>
    </w:p>
    <w:p w14:paraId="390E1C0D" w14:textId="77777777" w:rsidR="00A84B6E" w:rsidRPr="00FE0E30" w:rsidRDefault="007E6C65">
      <w:pPr>
        <w:pStyle w:val="Puntoelenco"/>
        <w:spacing w:after="20"/>
        <w:jc w:val="both"/>
      </w:pPr>
      <w:r w:rsidRPr="00FE0E30">
        <w:t>elenco operatori/volontari disponibili;</w:t>
      </w:r>
    </w:p>
    <w:p w14:paraId="6D56E84D" w14:textId="77777777" w:rsidR="00A84B6E" w:rsidRPr="00FE0E30" w:rsidRDefault="007E6C65">
      <w:pPr>
        <w:pStyle w:val="Puntoelenco"/>
        <w:spacing w:after="20"/>
        <w:jc w:val="both"/>
      </w:pPr>
      <w:r w:rsidRPr="00FE0E30">
        <w:t>informativa privacy.</w:t>
      </w:r>
    </w:p>
    <w:p w14:paraId="05D1D8FE" w14:textId="77777777" w:rsidR="00FB0C15" w:rsidRDefault="00FB0C15" w:rsidP="00C75DFC">
      <w:pPr>
        <w:spacing w:after="80" w:line="252" w:lineRule="auto"/>
        <w:jc w:val="both"/>
      </w:pPr>
    </w:p>
    <w:p w14:paraId="2DC3CF88" w14:textId="77777777" w:rsidR="00FB0C15" w:rsidRDefault="00FB0C15" w:rsidP="00C75DFC">
      <w:pPr>
        <w:spacing w:after="80" w:line="252" w:lineRule="auto"/>
        <w:jc w:val="both"/>
      </w:pPr>
    </w:p>
    <w:p w14:paraId="5455DA3D" w14:textId="77777777" w:rsidR="00FB0C15" w:rsidRDefault="00FB0C15" w:rsidP="00C75DFC">
      <w:pPr>
        <w:spacing w:after="80" w:line="252" w:lineRule="auto"/>
        <w:jc w:val="both"/>
      </w:pPr>
    </w:p>
    <w:p w14:paraId="45F9B713" w14:textId="4BFD6D45" w:rsidR="00FB0C15" w:rsidRPr="00FE0E30" w:rsidRDefault="007E6C65" w:rsidP="00C75DFC">
      <w:pPr>
        <w:spacing w:after="80" w:line="252" w:lineRule="auto"/>
        <w:jc w:val="both"/>
      </w:pPr>
      <w:r w:rsidRPr="00FE0E30">
        <w:t>Luogo e data 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A84B6E" w:rsidRPr="00FE0E30" w14:paraId="0C470715" w14:textId="77777777">
        <w:trPr>
          <w:jc w:val="center"/>
        </w:trPr>
        <w:tc>
          <w:tcPr>
            <w:tcW w:w="9746" w:type="dxa"/>
          </w:tcPr>
          <w:p w14:paraId="3E137A49" w14:textId="77777777" w:rsidR="00A84B6E" w:rsidRPr="00FE0E30" w:rsidRDefault="007E6C65" w:rsidP="007E6C65">
            <w:pPr>
              <w:jc w:val="right"/>
            </w:pPr>
            <w:r w:rsidRPr="00FE0E30">
              <w:rPr>
                <w:b/>
                <w:sz w:val="20"/>
              </w:rPr>
              <w:t>Firma del legale rappresentante</w:t>
            </w:r>
            <w:r w:rsidRPr="00FE0E30">
              <w:rPr>
                <w:b/>
                <w:sz w:val="20"/>
              </w:rPr>
              <w:br/>
            </w:r>
            <w:r w:rsidRPr="00FE0E30">
              <w:rPr>
                <w:b/>
                <w:sz w:val="20"/>
              </w:rPr>
              <w:br/>
              <w:t>____________________________</w:t>
            </w:r>
          </w:p>
        </w:tc>
      </w:tr>
    </w:tbl>
    <w:p w14:paraId="1820442A" w14:textId="3F874091" w:rsidR="00A84B6E" w:rsidRPr="00FE0E30" w:rsidRDefault="007E6C65" w:rsidP="00C75DFC">
      <w:r w:rsidRPr="00FE0E30">
        <w:br w:type="page"/>
      </w:r>
      <w:r w:rsidRPr="00FE0E30">
        <w:rPr>
          <w:b/>
          <w:sz w:val="24"/>
        </w:rPr>
        <w:lastRenderedPageBreak/>
        <w:t>MODELLO C2 - DICHIARAZIONE REQUISITI ETS</w:t>
      </w:r>
    </w:p>
    <w:p w14:paraId="28E3AFD0" w14:textId="77777777" w:rsidR="00A84B6E" w:rsidRPr="00FE0E30" w:rsidRDefault="007E6C65">
      <w:pPr>
        <w:spacing w:after="80" w:line="252" w:lineRule="auto"/>
        <w:jc w:val="both"/>
      </w:pPr>
      <w:r w:rsidRPr="00FE0E30">
        <w:t>Il/La sottoscritto/a ____________________, in qualità di legale rappresentante dell'ETS ____________________, consapevole delle responsabilità penali in caso di dichiarazioni mendaci, ai sensi del DPR n. 445/2000,</w:t>
      </w:r>
    </w:p>
    <w:p w14:paraId="41DC8D03" w14:textId="77777777" w:rsidR="00A84B6E" w:rsidRPr="00FE0E30" w:rsidRDefault="007E6C65">
      <w:pPr>
        <w:jc w:val="center"/>
      </w:pPr>
      <w:r w:rsidRPr="00FE0E30">
        <w:rPr>
          <w:b/>
        </w:rPr>
        <w:t>DICHIARA</w:t>
      </w:r>
    </w:p>
    <w:p w14:paraId="451A8CBF" w14:textId="77777777" w:rsidR="00A84B6E" w:rsidRPr="00FE0E30" w:rsidRDefault="007E6C65">
      <w:pPr>
        <w:pStyle w:val="Puntoelenco"/>
        <w:spacing w:after="20"/>
        <w:jc w:val="both"/>
      </w:pPr>
      <w:r w:rsidRPr="00FE0E30">
        <w:t>che l'ente è iscritto al RUNTS al n. __________, sezione __________;</w:t>
      </w:r>
    </w:p>
    <w:p w14:paraId="2696615E" w14:textId="77777777" w:rsidR="00A84B6E" w:rsidRPr="00FE0E30" w:rsidRDefault="007E6C65">
      <w:pPr>
        <w:pStyle w:val="Puntoelenco"/>
        <w:spacing w:after="20"/>
        <w:jc w:val="both"/>
      </w:pPr>
      <w:r w:rsidRPr="00FE0E30">
        <w:t>che le finalità statutarie sono coerenti con l'oggetto dell'avviso;</w:t>
      </w:r>
    </w:p>
    <w:p w14:paraId="72220ECA" w14:textId="77777777" w:rsidR="00A84B6E" w:rsidRPr="00FE0E30" w:rsidRDefault="007E6C65">
      <w:pPr>
        <w:pStyle w:val="Puntoelenco"/>
        <w:spacing w:after="20"/>
        <w:jc w:val="both"/>
      </w:pPr>
      <w:r w:rsidRPr="00FE0E30">
        <w:t>che l'ente non si trova in situazioni ostative alla contrattazione con la Pubblica Amministrazione;</w:t>
      </w:r>
    </w:p>
    <w:p w14:paraId="1F9E4BB4" w14:textId="77777777" w:rsidR="00A84B6E" w:rsidRPr="00FE0E30" w:rsidRDefault="007E6C65">
      <w:pPr>
        <w:pStyle w:val="Puntoelenco"/>
        <w:spacing w:after="20"/>
        <w:jc w:val="both"/>
      </w:pPr>
      <w:r w:rsidRPr="00FE0E30">
        <w:t>che l'ente dispone di operatori/volontari adeguati;</w:t>
      </w:r>
    </w:p>
    <w:p w14:paraId="16CAF6A9" w14:textId="77777777" w:rsidR="00A84B6E" w:rsidRPr="00FE0E30" w:rsidRDefault="007E6C65">
      <w:pPr>
        <w:pStyle w:val="Puntoelenco"/>
        <w:spacing w:after="20"/>
        <w:jc w:val="both"/>
      </w:pPr>
      <w:r w:rsidRPr="00FE0E30">
        <w:t>che l'ente è in regola con gli obblighi assicurativi, contributivi e fiscali, ove applicabili;</w:t>
      </w:r>
    </w:p>
    <w:p w14:paraId="036562B4" w14:textId="77777777" w:rsidR="00A84B6E" w:rsidRPr="00FE0E30" w:rsidRDefault="007E6C65">
      <w:pPr>
        <w:pStyle w:val="Puntoelenco"/>
        <w:spacing w:after="20"/>
        <w:jc w:val="both"/>
      </w:pPr>
      <w:r w:rsidRPr="00FE0E30">
        <w:t xml:space="preserve">che l'ente si impegna a concludere gli interventi entro il </w:t>
      </w:r>
      <w:proofErr w:type="gramStart"/>
      <w:r w:rsidRPr="00FE0E30">
        <w:t>1 dicembre</w:t>
      </w:r>
      <w:proofErr w:type="gramEnd"/>
      <w:r w:rsidRPr="00FE0E30">
        <w:t xml:space="preserve"> 2026;</w:t>
      </w:r>
    </w:p>
    <w:p w14:paraId="6388346F" w14:textId="77777777" w:rsidR="00A84B6E" w:rsidRPr="00FE0E30" w:rsidRDefault="007E6C65">
      <w:pPr>
        <w:pStyle w:val="Puntoelenco"/>
        <w:spacing w:after="20"/>
        <w:jc w:val="both"/>
      </w:pPr>
      <w:r w:rsidRPr="00FE0E30">
        <w:t>che l'ente si impegna a trasmettere la documentazione richiesta dal Comune;</w:t>
      </w:r>
    </w:p>
    <w:p w14:paraId="7B506422" w14:textId="58617E03" w:rsidR="00A84B6E" w:rsidRPr="00FE0E30" w:rsidRDefault="007E6C65">
      <w:pPr>
        <w:pStyle w:val="Puntoelenco"/>
        <w:spacing w:after="20"/>
        <w:jc w:val="both"/>
      </w:pPr>
      <w:r w:rsidRPr="00FE0E30">
        <w:t xml:space="preserve">che l'ente si impegna a riportare il CUP </w:t>
      </w:r>
      <w:r w:rsidR="00FE0E30" w:rsidRPr="00FE0E30">
        <w:t>F81H25000250001</w:t>
      </w:r>
      <w:r w:rsidRPr="00FE0E30">
        <w:t>in tutti gli atti e documenti;</w:t>
      </w:r>
    </w:p>
    <w:p w14:paraId="561E5613" w14:textId="77777777" w:rsidR="00A84B6E" w:rsidRPr="00FE0E30" w:rsidRDefault="007E6C65">
      <w:pPr>
        <w:pStyle w:val="Puntoelenco"/>
        <w:spacing w:after="20"/>
        <w:jc w:val="both"/>
      </w:pPr>
      <w:r w:rsidRPr="00FE0E30">
        <w:t>che l'ente non percepirà alcun corrispettivo dagli utenti per le prestazioni finanziate;</w:t>
      </w:r>
    </w:p>
    <w:p w14:paraId="64D8FC21" w14:textId="77777777" w:rsidR="00A84B6E" w:rsidRPr="00FE0E30" w:rsidRDefault="007E6C65">
      <w:pPr>
        <w:pStyle w:val="Puntoelenco"/>
        <w:spacing w:after="20"/>
        <w:jc w:val="both"/>
      </w:pPr>
      <w:r w:rsidRPr="00FE0E30">
        <w:t>che l'ente rispetterà il divieto di doppio finanziamento;</w:t>
      </w:r>
    </w:p>
    <w:p w14:paraId="734D6709" w14:textId="77777777" w:rsidR="00A84B6E" w:rsidRPr="00FE0E30" w:rsidRDefault="007E6C65">
      <w:pPr>
        <w:pStyle w:val="Puntoelenco"/>
        <w:spacing w:after="20"/>
        <w:jc w:val="both"/>
      </w:pPr>
      <w:r w:rsidRPr="00FE0E30">
        <w:t>che l'ente autorizza il trattamento dei dati personali per le finalità della procedura.</w:t>
      </w:r>
    </w:p>
    <w:p w14:paraId="45D9CC73" w14:textId="77777777" w:rsidR="007E6C65" w:rsidRDefault="007E6C65">
      <w:pPr>
        <w:spacing w:after="80" w:line="252" w:lineRule="auto"/>
        <w:jc w:val="both"/>
      </w:pPr>
    </w:p>
    <w:p w14:paraId="42A81943" w14:textId="77777777" w:rsidR="007E6C65" w:rsidRDefault="007E6C65">
      <w:pPr>
        <w:spacing w:after="80" w:line="252" w:lineRule="auto"/>
        <w:jc w:val="both"/>
      </w:pPr>
    </w:p>
    <w:p w14:paraId="7B76B76E" w14:textId="4F8529F9" w:rsidR="00A84B6E" w:rsidRPr="00FE0E30" w:rsidRDefault="007E6C65">
      <w:pPr>
        <w:spacing w:after="80" w:line="252" w:lineRule="auto"/>
        <w:jc w:val="both"/>
      </w:pPr>
      <w:r w:rsidRPr="00FE0E30">
        <w:t>Luogo e data __________</w:t>
      </w:r>
    </w:p>
    <w:p w14:paraId="1467FE36" w14:textId="77777777" w:rsidR="00A84B6E" w:rsidRPr="00FE0E30" w:rsidRDefault="00A84B6E">
      <w:pPr>
        <w:spacing w:after="160" w:line="252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A84B6E" w:rsidRPr="00FE0E30" w14:paraId="55236071" w14:textId="77777777">
        <w:trPr>
          <w:jc w:val="center"/>
        </w:trPr>
        <w:tc>
          <w:tcPr>
            <w:tcW w:w="9746" w:type="dxa"/>
          </w:tcPr>
          <w:p w14:paraId="74900BD8" w14:textId="77777777" w:rsidR="00A84B6E" w:rsidRPr="00FE0E30" w:rsidRDefault="007E6C65" w:rsidP="007E6C65">
            <w:pPr>
              <w:jc w:val="right"/>
            </w:pPr>
            <w:r w:rsidRPr="00FE0E30">
              <w:rPr>
                <w:b/>
                <w:sz w:val="20"/>
              </w:rPr>
              <w:t>Firma del legale rappresentante</w:t>
            </w:r>
            <w:r w:rsidRPr="00FE0E30">
              <w:rPr>
                <w:b/>
                <w:sz w:val="20"/>
              </w:rPr>
              <w:br/>
            </w:r>
            <w:r w:rsidRPr="00FE0E30">
              <w:rPr>
                <w:b/>
                <w:sz w:val="20"/>
              </w:rPr>
              <w:br/>
              <w:t>____________________________</w:t>
            </w:r>
          </w:p>
        </w:tc>
      </w:tr>
    </w:tbl>
    <w:p w14:paraId="4937BC5F" w14:textId="77777777" w:rsidR="00A84B6E" w:rsidRPr="00FE0E30" w:rsidRDefault="007E6C65">
      <w:r w:rsidRPr="00FE0E30">
        <w:br w:type="page"/>
      </w:r>
    </w:p>
    <w:p w14:paraId="7A4262DF" w14:textId="77777777" w:rsidR="00A84B6E" w:rsidRPr="00FE0E30" w:rsidRDefault="007E6C65">
      <w:pPr>
        <w:jc w:val="center"/>
      </w:pPr>
      <w:r w:rsidRPr="00FE0E30">
        <w:rPr>
          <w:b/>
          <w:sz w:val="24"/>
        </w:rPr>
        <w:lastRenderedPageBreak/>
        <w:t>MODELLO C3 - PROPOSTA OPERATIVA ETS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869"/>
        <w:gridCol w:w="4867"/>
      </w:tblGrid>
      <w:tr w:rsidR="00A84B6E" w:rsidRPr="00FE0E30" w14:paraId="759688A5" w14:textId="77777777">
        <w:trPr>
          <w:jc w:val="center"/>
        </w:trPr>
        <w:tc>
          <w:tcPr>
            <w:tcW w:w="4873" w:type="dxa"/>
            <w:shd w:val="clear" w:color="auto" w:fill="D9EAF7"/>
          </w:tcPr>
          <w:p w14:paraId="5FD80776" w14:textId="77777777" w:rsidR="00A84B6E" w:rsidRPr="00FE0E30" w:rsidRDefault="007E6C65">
            <w:pPr>
              <w:jc w:val="center"/>
            </w:pPr>
            <w:r w:rsidRPr="00FE0E30">
              <w:rPr>
                <w:b/>
                <w:sz w:val="18"/>
              </w:rPr>
              <w:t>Campo</w:t>
            </w:r>
          </w:p>
        </w:tc>
        <w:tc>
          <w:tcPr>
            <w:tcW w:w="4873" w:type="dxa"/>
            <w:shd w:val="clear" w:color="auto" w:fill="D9EAF7"/>
          </w:tcPr>
          <w:p w14:paraId="7DA31CD8" w14:textId="77777777" w:rsidR="00A84B6E" w:rsidRPr="00FE0E30" w:rsidRDefault="007E6C65">
            <w:pPr>
              <w:jc w:val="center"/>
            </w:pPr>
            <w:r w:rsidRPr="00FE0E30">
              <w:rPr>
                <w:b/>
                <w:sz w:val="18"/>
              </w:rPr>
              <w:t>Descrizione</w:t>
            </w:r>
          </w:p>
        </w:tc>
      </w:tr>
      <w:tr w:rsidR="00A84B6E" w:rsidRPr="00FE0E30" w14:paraId="412EBB5B" w14:textId="77777777">
        <w:trPr>
          <w:jc w:val="center"/>
        </w:trPr>
        <w:tc>
          <w:tcPr>
            <w:tcW w:w="4873" w:type="dxa"/>
          </w:tcPr>
          <w:p w14:paraId="2B051DA6" w14:textId="77777777" w:rsidR="00A84B6E" w:rsidRPr="00FE0E30" w:rsidRDefault="007E6C65">
            <w:r w:rsidRPr="00FE0E30">
              <w:rPr>
                <w:b/>
                <w:sz w:val="18"/>
              </w:rPr>
              <w:t>Denominazione ETS</w:t>
            </w:r>
          </w:p>
        </w:tc>
        <w:tc>
          <w:tcPr>
            <w:tcW w:w="4873" w:type="dxa"/>
          </w:tcPr>
          <w:p w14:paraId="7E4F3EF2" w14:textId="77777777" w:rsidR="00A84B6E" w:rsidRPr="00FE0E30" w:rsidRDefault="007E6C65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7B8BBA05" w14:textId="77777777">
        <w:trPr>
          <w:jc w:val="center"/>
        </w:trPr>
        <w:tc>
          <w:tcPr>
            <w:tcW w:w="4873" w:type="dxa"/>
          </w:tcPr>
          <w:p w14:paraId="38D66C33" w14:textId="77777777" w:rsidR="00A84B6E" w:rsidRPr="00FE0E30" w:rsidRDefault="007E6C65">
            <w:r w:rsidRPr="00FE0E30">
              <w:rPr>
                <w:b/>
                <w:sz w:val="18"/>
              </w:rPr>
              <w:t>Comune di intervento</w:t>
            </w:r>
          </w:p>
        </w:tc>
        <w:tc>
          <w:tcPr>
            <w:tcW w:w="4873" w:type="dxa"/>
          </w:tcPr>
          <w:p w14:paraId="1501A7B6" w14:textId="77777777" w:rsidR="00A84B6E" w:rsidRPr="00FE0E30" w:rsidRDefault="007E6C65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5107CC8F" w14:textId="77777777">
        <w:trPr>
          <w:jc w:val="center"/>
        </w:trPr>
        <w:tc>
          <w:tcPr>
            <w:tcW w:w="4873" w:type="dxa"/>
          </w:tcPr>
          <w:p w14:paraId="3A6C47E7" w14:textId="77777777" w:rsidR="00A84B6E" w:rsidRPr="00FE0E30" w:rsidRDefault="007E6C65">
            <w:r w:rsidRPr="00FE0E30">
              <w:rPr>
                <w:b/>
                <w:sz w:val="18"/>
              </w:rPr>
              <w:t>Referente operativo</w:t>
            </w:r>
          </w:p>
        </w:tc>
        <w:tc>
          <w:tcPr>
            <w:tcW w:w="4873" w:type="dxa"/>
          </w:tcPr>
          <w:p w14:paraId="670F4CF2" w14:textId="77777777" w:rsidR="00A84B6E" w:rsidRPr="00FE0E30" w:rsidRDefault="007E6C65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56584743" w14:textId="77777777">
        <w:trPr>
          <w:jc w:val="center"/>
        </w:trPr>
        <w:tc>
          <w:tcPr>
            <w:tcW w:w="4873" w:type="dxa"/>
          </w:tcPr>
          <w:p w14:paraId="333F7253" w14:textId="77777777" w:rsidR="00A84B6E" w:rsidRPr="00FE0E30" w:rsidRDefault="007E6C65">
            <w:r w:rsidRPr="00FE0E30">
              <w:rPr>
                <w:b/>
                <w:sz w:val="18"/>
              </w:rPr>
              <w:t>Telefono/PEC</w:t>
            </w:r>
          </w:p>
        </w:tc>
        <w:tc>
          <w:tcPr>
            <w:tcW w:w="4873" w:type="dxa"/>
          </w:tcPr>
          <w:p w14:paraId="2411B4F8" w14:textId="77777777" w:rsidR="00A84B6E" w:rsidRPr="00FE0E30" w:rsidRDefault="007E6C65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571E62DC" w14:textId="77777777">
        <w:trPr>
          <w:jc w:val="center"/>
        </w:trPr>
        <w:tc>
          <w:tcPr>
            <w:tcW w:w="4873" w:type="dxa"/>
          </w:tcPr>
          <w:p w14:paraId="13B2C5E3" w14:textId="77777777" w:rsidR="00A84B6E" w:rsidRPr="00FE0E30" w:rsidRDefault="007E6C65">
            <w:r w:rsidRPr="00FE0E30">
              <w:rPr>
                <w:b/>
                <w:sz w:val="18"/>
              </w:rPr>
              <w:t>Esperienze pregresse dell'ETS nel settore sociale/socioassistenziale</w:t>
            </w:r>
          </w:p>
        </w:tc>
        <w:tc>
          <w:tcPr>
            <w:tcW w:w="4873" w:type="dxa"/>
          </w:tcPr>
          <w:p w14:paraId="4C5E4232" w14:textId="77777777" w:rsidR="00A84B6E" w:rsidRPr="00FE0E30" w:rsidRDefault="007E6C65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42BB1B3E" w14:textId="77777777">
        <w:trPr>
          <w:jc w:val="center"/>
        </w:trPr>
        <w:tc>
          <w:tcPr>
            <w:tcW w:w="4873" w:type="dxa"/>
          </w:tcPr>
          <w:p w14:paraId="43C384F0" w14:textId="77777777" w:rsidR="00A84B6E" w:rsidRPr="00FE0E30" w:rsidRDefault="007E6C65">
            <w:r w:rsidRPr="00FE0E30">
              <w:rPr>
                <w:b/>
                <w:sz w:val="18"/>
              </w:rPr>
              <w:t>Descrizione delle attività proposte</w:t>
            </w:r>
          </w:p>
        </w:tc>
        <w:tc>
          <w:tcPr>
            <w:tcW w:w="4873" w:type="dxa"/>
          </w:tcPr>
          <w:p w14:paraId="3ECFBE0F" w14:textId="77777777" w:rsidR="00A84B6E" w:rsidRPr="00FE0E30" w:rsidRDefault="007E6C65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642BBD18" w14:textId="77777777">
        <w:trPr>
          <w:jc w:val="center"/>
        </w:trPr>
        <w:tc>
          <w:tcPr>
            <w:tcW w:w="4873" w:type="dxa"/>
          </w:tcPr>
          <w:p w14:paraId="1F10F28A" w14:textId="77777777" w:rsidR="00A84B6E" w:rsidRPr="00FE0E30" w:rsidRDefault="007E6C65">
            <w:r w:rsidRPr="00FE0E30">
              <w:rPr>
                <w:b/>
                <w:sz w:val="18"/>
              </w:rPr>
              <w:t>Modalità organizzative</w:t>
            </w:r>
          </w:p>
        </w:tc>
        <w:tc>
          <w:tcPr>
            <w:tcW w:w="4873" w:type="dxa"/>
          </w:tcPr>
          <w:p w14:paraId="683569E1" w14:textId="77777777" w:rsidR="00A84B6E" w:rsidRPr="00FE0E30" w:rsidRDefault="007E6C65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7C96AE21" w14:textId="77777777">
        <w:trPr>
          <w:jc w:val="center"/>
        </w:trPr>
        <w:tc>
          <w:tcPr>
            <w:tcW w:w="4873" w:type="dxa"/>
          </w:tcPr>
          <w:p w14:paraId="7D02322F" w14:textId="77777777" w:rsidR="00A84B6E" w:rsidRPr="00FE0E30" w:rsidRDefault="007E6C65">
            <w:r w:rsidRPr="00FE0E30">
              <w:rPr>
                <w:b/>
                <w:sz w:val="18"/>
              </w:rPr>
              <w:t>Numero operatori/volontari disponibili</w:t>
            </w:r>
          </w:p>
        </w:tc>
        <w:tc>
          <w:tcPr>
            <w:tcW w:w="4873" w:type="dxa"/>
          </w:tcPr>
          <w:p w14:paraId="584C2790" w14:textId="77777777" w:rsidR="00A84B6E" w:rsidRPr="00FE0E30" w:rsidRDefault="007E6C65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176729E1" w14:textId="77777777">
        <w:trPr>
          <w:jc w:val="center"/>
        </w:trPr>
        <w:tc>
          <w:tcPr>
            <w:tcW w:w="4873" w:type="dxa"/>
          </w:tcPr>
          <w:p w14:paraId="3BA31AA1" w14:textId="77777777" w:rsidR="00A84B6E" w:rsidRPr="00FE0E30" w:rsidRDefault="007E6C65">
            <w:r w:rsidRPr="00FE0E30">
              <w:rPr>
                <w:b/>
                <w:sz w:val="18"/>
              </w:rPr>
              <w:t>Fasce orarie e giorni di disponibilità</w:t>
            </w:r>
          </w:p>
        </w:tc>
        <w:tc>
          <w:tcPr>
            <w:tcW w:w="4873" w:type="dxa"/>
          </w:tcPr>
          <w:p w14:paraId="7B416907" w14:textId="77777777" w:rsidR="00A84B6E" w:rsidRPr="00FE0E30" w:rsidRDefault="007E6C65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60BB5AF8" w14:textId="77777777">
        <w:trPr>
          <w:jc w:val="center"/>
        </w:trPr>
        <w:tc>
          <w:tcPr>
            <w:tcW w:w="4873" w:type="dxa"/>
          </w:tcPr>
          <w:p w14:paraId="6BBE6BC9" w14:textId="77777777" w:rsidR="00A84B6E" w:rsidRPr="00FE0E30" w:rsidRDefault="007E6C65">
            <w:r w:rsidRPr="00FE0E30">
              <w:rPr>
                <w:b/>
                <w:sz w:val="18"/>
              </w:rPr>
              <w:t>Modalità di raccordo con il servizio sociale comunale</w:t>
            </w:r>
          </w:p>
        </w:tc>
        <w:tc>
          <w:tcPr>
            <w:tcW w:w="4873" w:type="dxa"/>
          </w:tcPr>
          <w:p w14:paraId="0339F010" w14:textId="77777777" w:rsidR="00A84B6E" w:rsidRPr="00FE0E30" w:rsidRDefault="007E6C65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78E1E231" w14:textId="77777777">
        <w:trPr>
          <w:jc w:val="center"/>
        </w:trPr>
        <w:tc>
          <w:tcPr>
            <w:tcW w:w="4873" w:type="dxa"/>
          </w:tcPr>
          <w:p w14:paraId="0E9DCF0A" w14:textId="77777777" w:rsidR="00A84B6E" w:rsidRPr="00FE0E30" w:rsidRDefault="007E6C65">
            <w:r w:rsidRPr="00FE0E30">
              <w:rPr>
                <w:b/>
                <w:sz w:val="18"/>
              </w:rPr>
              <w:t>Modalità di documentazione delle attività</w:t>
            </w:r>
          </w:p>
        </w:tc>
        <w:tc>
          <w:tcPr>
            <w:tcW w:w="4873" w:type="dxa"/>
          </w:tcPr>
          <w:p w14:paraId="571C6F2C" w14:textId="77777777" w:rsidR="00A84B6E" w:rsidRPr="00FE0E30" w:rsidRDefault="007E6C65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3F247AF3" w14:textId="77777777">
        <w:trPr>
          <w:jc w:val="center"/>
        </w:trPr>
        <w:tc>
          <w:tcPr>
            <w:tcW w:w="4873" w:type="dxa"/>
          </w:tcPr>
          <w:p w14:paraId="0CAF71A2" w14:textId="77777777" w:rsidR="00A84B6E" w:rsidRPr="00FE0E30" w:rsidRDefault="007E6C65">
            <w:r w:rsidRPr="00FE0E30">
              <w:rPr>
                <w:b/>
                <w:sz w:val="18"/>
              </w:rPr>
              <w:t>Quadro economico/preventivo sintetico</w:t>
            </w:r>
          </w:p>
        </w:tc>
        <w:tc>
          <w:tcPr>
            <w:tcW w:w="4873" w:type="dxa"/>
          </w:tcPr>
          <w:p w14:paraId="41A702D5" w14:textId="77777777" w:rsidR="00A84B6E" w:rsidRPr="00FE0E30" w:rsidRDefault="007E6C65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  <w:tr w:rsidR="00A84B6E" w:rsidRPr="00FE0E30" w14:paraId="54719C23" w14:textId="77777777">
        <w:trPr>
          <w:jc w:val="center"/>
        </w:trPr>
        <w:tc>
          <w:tcPr>
            <w:tcW w:w="4873" w:type="dxa"/>
          </w:tcPr>
          <w:p w14:paraId="758D8062" w14:textId="77777777" w:rsidR="00A84B6E" w:rsidRPr="00FE0E30" w:rsidRDefault="007E6C65">
            <w:r w:rsidRPr="00FE0E30">
              <w:rPr>
                <w:b/>
                <w:sz w:val="18"/>
              </w:rPr>
              <w:t>Eventuali ulteriori elementi utili</w:t>
            </w:r>
          </w:p>
        </w:tc>
        <w:tc>
          <w:tcPr>
            <w:tcW w:w="4873" w:type="dxa"/>
          </w:tcPr>
          <w:p w14:paraId="50833413" w14:textId="77777777" w:rsidR="00A84B6E" w:rsidRPr="00FE0E30" w:rsidRDefault="007E6C65">
            <w:r w:rsidRPr="00FE0E30">
              <w:rPr>
                <w:sz w:val="18"/>
              </w:rPr>
              <w:br/>
            </w:r>
            <w:r w:rsidRPr="00FE0E30">
              <w:rPr>
                <w:sz w:val="18"/>
              </w:rPr>
              <w:br/>
            </w:r>
          </w:p>
        </w:tc>
      </w:tr>
    </w:tbl>
    <w:p w14:paraId="257FBF63" w14:textId="77777777" w:rsidR="00A84B6E" w:rsidRPr="00FE0E30" w:rsidRDefault="007E6C65">
      <w:pPr>
        <w:spacing w:after="80" w:line="252" w:lineRule="auto"/>
        <w:jc w:val="both"/>
      </w:pPr>
      <w:r w:rsidRPr="00FE0E30">
        <w:t>Luogo e data __________</w:t>
      </w:r>
    </w:p>
    <w:p w14:paraId="30DDF62F" w14:textId="77777777" w:rsidR="00A84B6E" w:rsidRPr="00FE0E30" w:rsidRDefault="00A84B6E">
      <w:pPr>
        <w:spacing w:after="160" w:line="252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A84B6E" w:rsidRPr="00FE0E30" w14:paraId="28B36462" w14:textId="77777777">
        <w:trPr>
          <w:jc w:val="center"/>
        </w:trPr>
        <w:tc>
          <w:tcPr>
            <w:tcW w:w="9746" w:type="dxa"/>
          </w:tcPr>
          <w:p w14:paraId="4E3A2BE9" w14:textId="77777777" w:rsidR="00A84B6E" w:rsidRPr="00FE0E30" w:rsidRDefault="007E6C65">
            <w:pPr>
              <w:jc w:val="center"/>
            </w:pPr>
            <w:r w:rsidRPr="00FE0E30">
              <w:rPr>
                <w:b/>
                <w:sz w:val="20"/>
              </w:rPr>
              <w:t>Firma del legale rappresentante</w:t>
            </w:r>
            <w:r w:rsidRPr="00FE0E30">
              <w:rPr>
                <w:b/>
                <w:sz w:val="20"/>
              </w:rPr>
              <w:br/>
            </w:r>
            <w:r w:rsidRPr="00FE0E30">
              <w:rPr>
                <w:b/>
                <w:sz w:val="20"/>
              </w:rPr>
              <w:br/>
              <w:t>____________________________</w:t>
            </w:r>
          </w:p>
        </w:tc>
      </w:tr>
    </w:tbl>
    <w:p w14:paraId="051EDC2C" w14:textId="77777777" w:rsidR="00A84B6E" w:rsidRPr="00FE0E30" w:rsidRDefault="007E6C65">
      <w:r w:rsidRPr="00FE0E30">
        <w:br w:type="page"/>
      </w:r>
    </w:p>
    <w:p w14:paraId="0BF12BED" w14:textId="77777777" w:rsidR="00A84B6E" w:rsidRPr="00FE0E30" w:rsidRDefault="007E6C65">
      <w:pPr>
        <w:jc w:val="center"/>
      </w:pPr>
      <w:r w:rsidRPr="00FE0E30">
        <w:rPr>
          <w:b/>
          <w:sz w:val="24"/>
        </w:rPr>
        <w:lastRenderedPageBreak/>
        <w:t>MODELLO C4 - REGISTRO/SCHEDA SERVIZIO ETS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602"/>
        <w:gridCol w:w="1622"/>
        <w:gridCol w:w="1607"/>
        <w:gridCol w:w="1610"/>
        <w:gridCol w:w="1674"/>
        <w:gridCol w:w="1621"/>
      </w:tblGrid>
      <w:tr w:rsidR="00A84B6E" w:rsidRPr="00FE0E30" w14:paraId="3E691DEE" w14:textId="77777777">
        <w:trPr>
          <w:jc w:val="center"/>
        </w:trPr>
        <w:tc>
          <w:tcPr>
            <w:tcW w:w="1624" w:type="dxa"/>
            <w:shd w:val="clear" w:color="auto" w:fill="D9EAF7"/>
          </w:tcPr>
          <w:p w14:paraId="3E2ECF75" w14:textId="77777777" w:rsidR="00A84B6E" w:rsidRPr="00FE0E30" w:rsidRDefault="007E6C65">
            <w:pPr>
              <w:jc w:val="center"/>
            </w:pPr>
            <w:r w:rsidRPr="00FE0E30">
              <w:rPr>
                <w:b/>
                <w:sz w:val="16"/>
              </w:rPr>
              <w:t>Data</w:t>
            </w:r>
          </w:p>
        </w:tc>
        <w:tc>
          <w:tcPr>
            <w:tcW w:w="1624" w:type="dxa"/>
            <w:shd w:val="clear" w:color="auto" w:fill="D9EAF7"/>
          </w:tcPr>
          <w:p w14:paraId="24D9835D" w14:textId="77777777" w:rsidR="00A84B6E" w:rsidRPr="00FE0E30" w:rsidRDefault="007E6C65">
            <w:pPr>
              <w:jc w:val="center"/>
            </w:pPr>
            <w:r w:rsidRPr="00FE0E30">
              <w:rPr>
                <w:b/>
                <w:sz w:val="16"/>
              </w:rPr>
              <w:t>Beneficiario/codice</w:t>
            </w:r>
          </w:p>
        </w:tc>
        <w:tc>
          <w:tcPr>
            <w:tcW w:w="1624" w:type="dxa"/>
            <w:shd w:val="clear" w:color="auto" w:fill="D9EAF7"/>
          </w:tcPr>
          <w:p w14:paraId="479141AE" w14:textId="77777777" w:rsidR="00A84B6E" w:rsidRPr="00FE0E30" w:rsidRDefault="007E6C65">
            <w:pPr>
              <w:jc w:val="center"/>
            </w:pPr>
            <w:r w:rsidRPr="00FE0E30">
              <w:rPr>
                <w:b/>
                <w:sz w:val="16"/>
              </w:rPr>
              <w:t>Attività svolta</w:t>
            </w:r>
          </w:p>
        </w:tc>
        <w:tc>
          <w:tcPr>
            <w:tcW w:w="1624" w:type="dxa"/>
            <w:shd w:val="clear" w:color="auto" w:fill="D9EAF7"/>
          </w:tcPr>
          <w:p w14:paraId="2A918136" w14:textId="77777777" w:rsidR="00A84B6E" w:rsidRPr="00FE0E30" w:rsidRDefault="007E6C65">
            <w:pPr>
              <w:jc w:val="center"/>
            </w:pPr>
            <w:r w:rsidRPr="00FE0E30">
              <w:rPr>
                <w:b/>
                <w:sz w:val="16"/>
              </w:rPr>
              <w:t>Ora inizio/fine</w:t>
            </w:r>
          </w:p>
        </w:tc>
        <w:tc>
          <w:tcPr>
            <w:tcW w:w="1624" w:type="dxa"/>
            <w:shd w:val="clear" w:color="auto" w:fill="D9EAF7"/>
          </w:tcPr>
          <w:p w14:paraId="2B16B5A8" w14:textId="77777777" w:rsidR="00A84B6E" w:rsidRPr="00FE0E30" w:rsidRDefault="007E6C65">
            <w:pPr>
              <w:jc w:val="center"/>
            </w:pPr>
            <w:r w:rsidRPr="00FE0E30">
              <w:rPr>
                <w:b/>
                <w:sz w:val="16"/>
              </w:rPr>
              <w:t>Operatore/volontario</w:t>
            </w:r>
          </w:p>
        </w:tc>
        <w:tc>
          <w:tcPr>
            <w:tcW w:w="1624" w:type="dxa"/>
            <w:shd w:val="clear" w:color="auto" w:fill="D9EAF7"/>
          </w:tcPr>
          <w:p w14:paraId="2143BAFC" w14:textId="77777777" w:rsidR="00A84B6E" w:rsidRPr="00FE0E30" w:rsidRDefault="007E6C65">
            <w:pPr>
              <w:jc w:val="center"/>
            </w:pPr>
            <w:r w:rsidRPr="00FE0E30">
              <w:rPr>
                <w:b/>
                <w:sz w:val="16"/>
              </w:rPr>
              <w:t>Firma/attestazione</w:t>
            </w:r>
          </w:p>
        </w:tc>
      </w:tr>
      <w:tr w:rsidR="00A84B6E" w:rsidRPr="00FE0E30" w14:paraId="05F90E3B" w14:textId="77777777">
        <w:trPr>
          <w:jc w:val="center"/>
        </w:trPr>
        <w:tc>
          <w:tcPr>
            <w:tcW w:w="1624" w:type="dxa"/>
          </w:tcPr>
          <w:p w14:paraId="61ADF8C5" w14:textId="77777777" w:rsidR="00A84B6E" w:rsidRPr="00FE0E30" w:rsidRDefault="00A84B6E"/>
        </w:tc>
        <w:tc>
          <w:tcPr>
            <w:tcW w:w="1624" w:type="dxa"/>
          </w:tcPr>
          <w:p w14:paraId="6A2D7814" w14:textId="77777777" w:rsidR="00A84B6E" w:rsidRPr="00FE0E30" w:rsidRDefault="00A84B6E"/>
        </w:tc>
        <w:tc>
          <w:tcPr>
            <w:tcW w:w="1624" w:type="dxa"/>
          </w:tcPr>
          <w:p w14:paraId="6D648149" w14:textId="77777777" w:rsidR="00A84B6E" w:rsidRPr="00FE0E30" w:rsidRDefault="00A84B6E"/>
        </w:tc>
        <w:tc>
          <w:tcPr>
            <w:tcW w:w="1624" w:type="dxa"/>
          </w:tcPr>
          <w:p w14:paraId="43C0CE8C" w14:textId="77777777" w:rsidR="00A84B6E" w:rsidRPr="00FE0E30" w:rsidRDefault="00A84B6E"/>
        </w:tc>
        <w:tc>
          <w:tcPr>
            <w:tcW w:w="1624" w:type="dxa"/>
          </w:tcPr>
          <w:p w14:paraId="56C0A29B" w14:textId="77777777" w:rsidR="00A84B6E" w:rsidRPr="00FE0E30" w:rsidRDefault="00A84B6E"/>
        </w:tc>
        <w:tc>
          <w:tcPr>
            <w:tcW w:w="1624" w:type="dxa"/>
          </w:tcPr>
          <w:p w14:paraId="372AF4AB" w14:textId="77777777" w:rsidR="00A84B6E" w:rsidRPr="00FE0E30" w:rsidRDefault="00A84B6E"/>
        </w:tc>
      </w:tr>
      <w:tr w:rsidR="00A84B6E" w:rsidRPr="00FE0E30" w14:paraId="05C2B2BD" w14:textId="77777777">
        <w:trPr>
          <w:jc w:val="center"/>
        </w:trPr>
        <w:tc>
          <w:tcPr>
            <w:tcW w:w="1624" w:type="dxa"/>
          </w:tcPr>
          <w:p w14:paraId="3EA39333" w14:textId="77777777" w:rsidR="00A84B6E" w:rsidRPr="00FE0E30" w:rsidRDefault="00A84B6E"/>
        </w:tc>
        <w:tc>
          <w:tcPr>
            <w:tcW w:w="1624" w:type="dxa"/>
          </w:tcPr>
          <w:p w14:paraId="2452D3FC" w14:textId="77777777" w:rsidR="00A84B6E" w:rsidRPr="00FE0E30" w:rsidRDefault="00A84B6E"/>
        </w:tc>
        <w:tc>
          <w:tcPr>
            <w:tcW w:w="1624" w:type="dxa"/>
          </w:tcPr>
          <w:p w14:paraId="189B36D4" w14:textId="77777777" w:rsidR="00A84B6E" w:rsidRPr="00FE0E30" w:rsidRDefault="00A84B6E"/>
        </w:tc>
        <w:tc>
          <w:tcPr>
            <w:tcW w:w="1624" w:type="dxa"/>
          </w:tcPr>
          <w:p w14:paraId="1593130C" w14:textId="77777777" w:rsidR="00A84B6E" w:rsidRPr="00FE0E30" w:rsidRDefault="00A84B6E"/>
        </w:tc>
        <w:tc>
          <w:tcPr>
            <w:tcW w:w="1624" w:type="dxa"/>
          </w:tcPr>
          <w:p w14:paraId="464E7765" w14:textId="77777777" w:rsidR="00A84B6E" w:rsidRPr="00FE0E30" w:rsidRDefault="00A84B6E"/>
        </w:tc>
        <w:tc>
          <w:tcPr>
            <w:tcW w:w="1624" w:type="dxa"/>
          </w:tcPr>
          <w:p w14:paraId="4B4734D5" w14:textId="77777777" w:rsidR="00A84B6E" w:rsidRPr="00FE0E30" w:rsidRDefault="00A84B6E"/>
        </w:tc>
      </w:tr>
      <w:tr w:rsidR="00A84B6E" w:rsidRPr="00FE0E30" w14:paraId="35EA001B" w14:textId="77777777">
        <w:trPr>
          <w:jc w:val="center"/>
        </w:trPr>
        <w:tc>
          <w:tcPr>
            <w:tcW w:w="1624" w:type="dxa"/>
          </w:tcPr>
          <w:p w14:paraId="194FAA98" w14:textId="77777777" w:rsidR="00A84B6E" w:rsidRPr="00FE0E30" w:rsidRDefault="00A84B6E"/>
        </w:tc>
        <w:tc>
          <w:tcPr>
            <w:tcW w:w="1624" w:type="dxa"/>
          </w:tcPr>
          <w:p w14:paraId="205049F6" w14:textId="77777777" w:rsidR="00A84B6E" w:rsidRPr="00FE0E30" w:rsidRDefault="00A84B6E"/>
        </w:tc>
        <w:tc>
          <w:tcPr>
            <w:tcW w:w="1624" w:type="dxa"/>
          </w:tcPr>
          <w:p w14:paraId="43321372" w14:textId="77777777" w:rsidR="00A84B6E" w:rsidRPr="00FE0E30" w:rsidRDefault="00A84B6E"/>
        </w:tc>
        <w:tc>
          <w:tcPr>
            <w:tcW w:w="1624" w:type="dxa"/>
          </w:tcPr>
          <w:p w14:paraId="7320D547" w14:textId="77777777" w:rsidR="00A84B6E" w:rsidRPr="00FE0E30" w:rsidRDefault="00A84B6E"/>
        </w:tc>
        <w:tc>
          <w:tcPr>
            <w:tcW w:w="1624" w:type="dxa"/>
          </w:tcPr>
          <w:p w14:paraId="4DA2EEF7" w14:textId="77777777" w:rsidR="00A84B6E" w:rsidRPr="00FE0E30" w:rsidRDefault="00A84B6E"/>
        </w:tc>
        <w:tc>
          <w:tcPr>
            <w:tcW w:w="1624" w:type="dxa"/>
          </w:tcPr>
          <w:p w14:paraId="7EB66267" w14:textId="77777777" w:rsidR="00A84B6E" w:rsidRPr="00FE0E30" w:rsidRDefault="00A84B6E"/>
        </w:tc>
      </w:tr>
      <w:tr w:rsidR="00A84B6E" w:rsidRPr="00FE0E30" w14:paraId="72A5A19A" w14:textId="77777777">
        <w:trPr>
          <w:jc w:val="center"/>
        </w:trPr>
        <w:tc>
          <w:tcPr>
            <w:tcW w:w="1624" w:type="dxa"/>
          </w:tcPr>
          <w:p w14:paraId="6D12DADB" w14:textId="77777777" w:rsidR="00A84B6E" w:rsidRPr="00FE0E30" w:rsidRDefault="00A84B6E"/>
        </w:tc>
        <w:tc>
          <w:tcPr>
            <w:tcW w:w="1624" w:type="dxa"/>
          </w:tcPr>
          <w:p w14:paraId="0762F59A" w14:textId="77777777" w:rsidR="00A84B6E" w:rsidRPr="00FE0E30" w:rsidRDefault="00A84B6E"/>
        </w:tc>
        <w:tc>
          <w:tcPr>
            <w:tcW w:w="1624" w:type="dxa"/>
          </w:tcPr>
          <w:p w14:paraId="7A74DA1A" w14:textId="77777777" w:rsidR="00A84B6E" w:rsidRPr="00FE0E30" w:rsidRDefault="00A84B6E"/>
        </w:tc>
        <w:tc>
          <w:tcPr>
            <w:tcW w:w="1624" w:type="dxa"/>
          </w:tcPr>
          <w:p w14:paraId="6FE00A62" w14:textId="77777777" w:rsidR="00A84B6E" w:rsidRPr="00FE0E30" w:rsidRDefault="00A84B6E"/>
        </w:tc>
        <w:tc>
          <w:tcPr>
            <w:tcW w:w="1624" w:type="dxa"/>
          </w:tcPr>
          <w:p w14:paraId="00FB4405" w14:textId="77777777" w:rsidR="00A84B6E" w:rsidRPr="00FE0E30" w:rsidRDefault="00A84B6E"/>
        </w:tc>
        <w:tc>
          <w:tcPr>
            <w:tcW w:w="1624" w:type="dxa"/>
          </w:tcPr>
          <w:p w14:paraId="426D3561" w14:textId="77777777" w:rsidR="00A84B6E" w:rsidRPr="00FE0E30" w:rsidRDefault="00A84B6E"/>
        </w:tc>
      </w:tr>
      <w:tr w:rsidR="00A84B6E" w:rsidRPr="00FE0E30" w14:paraId="1056E208" w14:textId="77777777">
        <w:trPr>
          <w:jc w:val="center"/>
        </w:trPr>
        <w:tc>
          <w:tcPr>
            <w:tcW w:w="1624" w:type="dxa"/>
          </w:tcPr>
          <w:p w14:paraId="573594AB" w14:textId="77777777" w:rsidR="00A84B6E" w:rsidRPr="00FE0E30" w:rsidRDefault="00A84B6E"/>
        </w:tc>
        <w:tc>
          <w:tcPr>
            <w:tcW w:w="1624" w:type="dxa"/>
          </w:tcPr>
          <w:p w14:paraId="3D954A8C" w14:textId="77777777" w:rsidR="00A84B6E" w:rsidRPr="00FE0E30" w:rsidRDefault="00A84B6E"/>
        </w:tc>
        <w:tc>
          <w:tcPr>
            <w:tcW w:w="1624" w:type="dxa"/>
          </w:tcPr>
          <w:p w14:paraId="2359C250" w14:textId="77777777" w:rsidR="00A84B6E" w:rsidRPr="00FE0E30" w:rsidRDefault="00A84B6E"/>
        </w:tc>
        <w:tc>
          <w:tcPr>
            <w:tcW w:w="1624" w:type="dxa"/>
          </w:tcPr>
          <w:p w14:paraId="45804EA7" w14:textId="77777777" w:rsidR="00A84B6E" w:rsidRPr="00FE0E30" w:rsidRDefault="00A84B6E"/>
        </w:tc>
        <w:tc>
          <w:tcPr>
            <w:tcW w:w="1624" w:type="dxa"/>
          </w:tcPr>
          <w:p w14:paraId="66564378" w14:textId="77777777" w:rsidR="00A84B6E" w:rsidRPr="00FE0E30" w:rsidRDefault="00A84B6E"/>
        </w:tc>
        <w:tc>
          <w:tcPr>
            <w:tcW w:w="1624" w:type="dxa"/>
          </w:tcPr>
          <w:p w14:paraId="16673487" w14:textId="77777777" w:rsidR="00A84B6E" w:rsidRPr="00FE0E30" w:rsidRDefault="00A84B6E"/>
        </w:tc>
      </w:tr>
      <w:tr w:rsidR="00A84B6E" w:rsidRPr="00FE0E30" w14:paraId="3D335066" w14:textId="77777777">
        <w:trPr>
          <w:jc w:val="center"/>
        </w:trPr>
        <w:tc>
          <w:tcPr>
            <w:tcW w:w="1624" w:type="dxa"/>
          </w:tcPr>
          <w:p w14:paraId="702A0F37" w14:textId="77777777" w:rsidR="00A84B6E" w:rsidRPr="00FE0E30" w:rsidRDefault="00A84B6E"/>
        </w:tc>
        <w:tc>
          <w:tcPr>
            <w:tcW w:w="1624" w:type="dxa"/>
          </w:tcPr>
          <w:p w14:paraId="1896A7AB" w14:textId="77777777" w:rsidR="00A84B6E" w:rsidRPr="00FE0E30" w:rsidRDefault="00A84B6E"/>
        </w:tc>
        <w:tc>
          <w:tcPr>
            <w:tcW w:w="1624" w:type="dxa"/>
          </w:tcPr>
          <w:p w14:paraId="66AB1A2B" w14:textId="77777777" w:rsidR="00A84B6E" w:rsidRPr="00FE0E30" w:rsidRDefault="00A84B6E"/>
        </w:tc>
        <w:tc>
          <w:tcPr>
            <w:tcW w:w="1624" w:type="dxa"/>
          </w:tcPr>
          <w:p w14:paraId="4D17D5A9" w14:textId="77777777" w:rsidR="00A84B6E" w:rsidRPr="00FE0E30" w:rsidRDefault="00A84B6E"/>
        </w:tc>
        <w:tc>
          <w:tcPr>
            <w:tcW w:w="1624" w:type="dxa"/>
          </w:tcPr>
          <w:p w14:paraId="266C9FC5" w14:textId="77777777" w:rsidR="00A84B6E" w:rsidRPr="00FE0E30" w:rsidRDefault="00A84B6E"/>
        </w:tc>
        <w:tc>
          <w:tcPr>
            <w:tcW w:w="1624" w:type="dxa"/>
          </w:tcPr>
          <w:p w14:paraId="303A0735" w14:textId="77777777" w:rsidR="00A84B6E" w:rsidRPr="00FE0E30" w:rsidRDefault="00A84B6E"/>
        </w:tc>
      </w:tr>
      <w:tr w:rsidR="00A84B6E" w:rsidRPr="00FE0E30" w14:paraId="58B12696" w14:textId="77777777">
        <w:trPr>
          <w:jc w:val="center"/>
        </w:trPr>
        <w:tc>
          <w:tcPr>
            <w:tcW w:w="1624" w:type="dxa"/>
          </w:tcPr>
          <w:p w14:paraId="74A03237" w14:textId="77777777" w:rsidR="00A84B6E" w:rsidRPr="00FE0E30" w:rsidRDefault="00A84B6E"/>
        </w:tc>
        <w:tc>
          <w:tcPr>
            <w:tcW w:w="1624" w:type="dxa"/>
          </w:tcPr>
          <w:p w14:paraId="40B36E07" w14:textId="77777777" w:rsidR="00A84B6E" w:rsidRPr="00FE0E30" w:rsidRDefault="00A84B6E"/>
        </w:tc>
        <w:tc>
          <w:tcPr>
            <w:tcW w:w="1624" w:type="dxa"/>
          </w:tcPr>
          <w:p w14:paraId="3E90DABC" w14:textId="77777777" w:rsidR="00A84B6E" w:rsidRPr="00FE0E30" w:rsidRDefault="00A84B6E"/>
        </w:tc>
        <w:tc>
          <w:tcPr>
            <w:tcW w:w="1624" w:type="dxa"/>
          </w:tcPr>
          <w:p w14:paraId="5624301E" w14:textId="77777777" w:rsidR="00A84B6E" w:rsidRPr="00FE0E30" w:rsidRDefault="00A84B6E"/>
        </w:tc>
        <w:tc>
          <w:tcPr>
            <w:tcW w:w="1624" w:type="dxa"/>
          </w:tcPr>
          <w:p w14:paraId="4556D639" w14:textId="77777777" w:rsidR="00A84B6E" w:rsidRPr="00FE0E30" w:rsidRDefault="00A84B6E"/>
        </w:tc>
        <w:tc>
          <w:tcPr>
            <w:tcW w:w="1624" w:type="dxa"/>
          </w:tcPr>
          <w:p w14:paraId="2F65350E" w14:textId="77777777" w:rsidR="00A84B6E" w:rsidRPr="00FE0E30" w:rsidRDefault="00A84B6E"/>
        </w:tc>
      </w:tr>
      <w:tr w:rsidR="00A84B6E" w:rsidRPr="00FE0E30" w14:paraId="10B1F6F2" w14:textId="77777777">
        <w:trPr>
          <w:jc w:val="center"/>
        </w:trPr>
        <w:tc>
          <w:tcPr>
            <w:tcW w:w="1624" w:type="dxa"/>
          </w:tcPr>
          <w:p w14:paraId="1F2233CB" w14:textId="77777777" w:rsidR="00A84B6E" w:rsidRPr="00FE0E30" w:rsidRDefault="00A84B6E"/>
        </w:tc>
        <w:tc>
          <w:tcPr>
            <w:tcW w:w="1624" w:type="dxa"/>
          </w:tcPr>
          <w:p w14:paraId="7E29AA6A" w14:textId="77777777" w:rsidR="00A84B6E" w:rsidRPr="00FE0E30" w:rsidRDefault="00A84B6E"/>
        </w:tc>
        <w:tc>
          <w:tcPr>
            <w:tcW w:w="1624" w:type="dxa"/>
          </w:tcPr>
          <w:p w14:paraId="1F7BA324" w14:textId="77777777" w:rsidR="00A84B6E" w:rsidRPr="00FE0E30" w:rsidRDefault="00A84B6E"/>
        </w:tc>
        <w:tc>
          <w:tcPr>
            <w:tcW w:w="1624" w:type="dxa"/>
          </w:tcPr>
          <w:p w14:paraId="652E4EA7" w14:textId="77777777" w:rsidR="00A84B6E" w:rsidRPr="00FE0E30" w:rsidRDefault="00A84B6E"/>
        </w:tc>
        <w:tc>
          <w:tcPr>
            <w:tcW w:w="1624" w:type="dxa"/>
          </w:tcPr>
          <w:p w14:paraId="3C8C4DCF" w14:textId="77777777" w:rsidR="00A84B6E" w:rsidRPr="00FE0E30" w:rsidRDefault="00A84B6E"/>
        </w:tc>
        <w:tc>
          <w:tcPr>
            <w:tcW w:w="1624" w:type="dxa"/>
          </w:tcPr>
          <w:p w14:paraId="6D91E2AD" w14:textId="77777777" w:rsidR="00A84B6E" w:rsidRPr="00FE0E30" w:rsidRDefault="00A84B6E"/>
        </w:tc>
      </w:tr>
      <w:tr w:rsidR="00A84B6E" w:rsidRPr="00FE0E30" w14:paraId="3A1069E0" w14:textId="77777777">
        <w:trPr>
          <w:jc w:val="center"/>
        </w:trPr>
        <w:tc>
          <w:tcPr>
            <w:tcW w:w="1624" w:type="dxa"/>
          </w:tcPr>
          <w:p w14:paraId="165B4B34" w14:textId="77777777" w:rsidR="00A84B6E" w:rsidRPr="00FE0E30" w:rsidRDefault="00A84B6E"/>
        </w:tc>
        <w:tc>
          <w:tcPr>
            <w:tcW w:w="1624" w:type="dxa"/>
          </w:tcPr>
          <w:p w14:paraId="4760C097" w14:textId="77777777" w:rsidR="00A84B6E" w:rsidRPr="00FE0E30" w:rsidRDefault="00A84B6E"/>
        </w:tc>
        <w:tc>
          <w:tcPr>
            <w:tcW w:w="1624" w:type="dxa"/>
          </w:tcPr>
          <w:p w14:paraId="65C92B42" w14:textId="77777777" w:rsidR="00A84B6E" w:rsidRPr="00FE0E30" w:rsidRDefault="00A84B6E"/>
        </w:tc>
        <w:tc>
          <w:tcPr>
            <w:tcW w:w="1624" w:type="dxa"/>
          </w:tcPr>
          <w:p w14:paraId="718D6AF9" w14:textId="77777777" w:rsidR="00A84B6E" w:rsidRPr="00FE0E30" w:rsidRDefault="00A84B6E"/>
        </w:tc>
        <w:tc>
          <w:tcPr>
            <w:tcW w:w="1624" w:type="dxa"/>
          </w:tcPr>
          <w:p w14:paraId="594DD727" w14:textId="77777777" w:rsidR="00A84B6E" w:rsidRPr="00FE0E30" w:rsidRDefault="00A84B6E"/>
        </w:tc>
        <w:tc>
          <w:tcPr>
            <w:tcW w:w="1624" w:type="dxa"/>
          </w:tcPr>
          <w:p w14:paraId="1A43E762" w14:textId="77777777" w:rsidR="00A84B6E" w:rsidRPr="00FE0E30" w:rsidRDefault="00A84B6E"/>
        </w:tc>
      </w:tr>
      <w:tr w:rsidR="00A84B6E" w:rsidRPr="00FE0E30" w14:paraId="2E62ABB9" w14:textId="77777777">
        <w:trPr>
          <w:jc w:val="center"/>
        </w:trPr>
        <w:tc>
          <w:tcPr>
            <w:tcW w:w="1624" w:type="dxa"/>
          </w:tcPr>
          <w:p w14:paraId="22BA96F6" w14:textId="77777777" w:rsidR="00A84B6E" w:rsidRPr="00FE0E30" w:rsidRDefault="00A84B6E"/>
        </w:tc>
        <w:tc>
          <w:tcPr>
            <w:tcW w:w="1624" w:type="dxa"/>
          </w:tcPr>
          <w:p w14:paraId="6B3E1403" w14:textId="77777777" w:rsidR="00A84B6E" w:rsidRPr="00FE0E30" w:rsidRDefault="00A84B6E"/>
        </w:tc>
        <w:tc>
          <w:tcPr>
            <w:tcW w:w="1624" w:type="dxa"/>
          </w:tcPr>
          <w:p w14:paraId="47929D38" w14:textId="77777777" w:rsidR="00A84B6E" w:rsidRPr="00FE0E30" w:rsidRDefault="00A84B6E"/>
        </w:tc>
        <w:tc>
          <w:tcPr>
            <w:tcW w:w="1624" w:type="dxa"/>
          </w:tcPr>
          <w:p w14:paraId="5EA636FF" w14:textId="77777777" w:rsidR="00A84B6E" w:rsidRPr="00FE0E30" w:rsidRDefault="00A84B6E"/>
        </w:tc>
        <w:tc>
          <w:tcPr>
            <w:tcW w:w="1624" w:type="dxa"/>
          </w:tcPr>
          <w:p w14:paraId="2998C3AF" w14:textId="77777777" w:rsidR="00A84B6E" w:rsidRPr="00FE0E30" w:rsidRDefault="00A84B6E"/>
        </w:tc>
        <w:tc>
          <w:tcPr>
            <w:tcW w:w="1624" w:type="dxa"/>
          </w:tcPr>
          <w:p w14:paraId="6497CB64" w14:textId="77777777" w:rsidR="00A84B6E" w:rsidRPr="00FE0E30" w:rsidRDefault="00A84B6E"/>
        </w:tc>
      </w:tr>
      <w:tr w:rsidR="00A84B6E" w:rsidRPr="00FE0E30" w14:paraId="4DFD00C9" w14:textId="77777777">
        <w:trPr>
          <w:jc w:val="center"/>
        </w:trPr>
        <w:tc>
          <w:tcPr>
            <w:tcW w:w="1624" w:type="dxa"/>
          </w:tcPr>
          <w:p w14:paraId="1A629D5E" w14:textId="77777777" w:rsidR="00A84B6E" w:rsidRPr="00FE0E30" w:rsidRDefault="00A84B6E"/>
        </w:tc>
        <w:tc>
          <w:tcPr>
            <w:tcW w:w="1624" w:type="dxa"/>
          </w:tcPr>
          <w:p w14:paraId="543BEBB9" w14:textId="77777777" w:rsidR="00A84B6E" w:rsidRPr="00FE0E30" w:rsidRDefault="00A84B6E"/>
        </w:tc>
        <w:tc>
          <w:tcPr>
            <w:tcW w:w="1624" w:type="dxa"/>
          </w:tcPr>
          <w:p w14:paraId="19CF0A7A" w14:textId="77777777" w:rsidR="00A84B6E" w:rsidRPr="00FE0E30" w:rsidRDefault="00A84B6E"/>
        </w:tc>
        <w:tc>
          <w:tcPr>
            <w:tcW w:w="1624" w:type="dxa"/>
          </w:tcPr>
          <w:p w14:paraId="36D19DDF" w14:textId="77777777" w:rsidR="00A84B6E" w:rsidRPr="00FE0E30" w:rsidRDefault="00A84B6E"/>
        </w:tc>
        <w:tc>
          <w:tcPr>
            <w:tcW w:w="1624" w:type="dxa"/>
          </w:tcPr>
          <w:p w14:paraId="22A24CA7" w14:textId="77777777" w:rsidR="00A84B6E" w:rsidRPr="00FE0E30" w:rsidRDefault="00A84B6E"/>
        </w:tc>
        <w:tc>
          <w:tcPr>
            <w:tcW w:w="1624" w:type="dxa"/>
          </w:tcPr>
          <w:p w14:paraId="476377F0" w14:textId="77777777" w:rsidR="00A84B6E" w:rsidRPr="00FE0E30" w:rsidRDefault="00A84B6E"/>
        </w:tc>
      </w:tr>
      <w:tr w:rsidR="00A84B6E" w:rsidRPr="00FE0E30" w14:paraId="0459D7E3" w14:textId="77777777">
        <w:trPr>
          <w:jc w:val="center"/>
        </w:trPr>
        <w:tc>
          <w:tcPr>
            <w:tcW w:w="1624" w:type="dxa"/>
          </w:tcPr>
          <w:p w14:paraId="7E140D9C" w14:textId="77777777" w:rsidR="00A84B6E" w:rsidRPr="00FE0E30" w:rsidRDefault="00A84B6E"/>
        </w:tc>
        <w:tc>
          <w:tcPr>
            <w:tcW w:w="1624" w:type="dxa"/>
          </w:tcPr>
          <w:p w14:paraId="625B1DC5" w14:textId="77777777" w:rsidR="00A84B6E" w:rsidRPr="00FE0E30" w:rsidRDefault="00A84B6E"/>
        </w:tc>
        <w:tc>
          <w:tcPr>
            <w:tcW w:w="1624" w:type="dxa"/>
          </w:tcPr>
          <w:p w14:paraId="5C91F165" w14:textId="77777777" w:rsidR="00A84B6E" w:rsidRPr="00FE0E30" w:rsidRDefault="00A84B6E"/>
        </w:tc>
        <w:tc>
          <w:tcPr>
            <w:tcW w:w="1624" w:type="dxa"/>
          </w:tcPr>
          <w:p w14:paraId="65E69FEF" w14:textId="77777777" w:rsidR="00A84B6E" w:rsidRPr="00FE0E30" w:rsidRDefault="00A84B6E"/>
        </w:tc>
        <w:tc>
          <w:tcPr>
            <w:tcW w:w="1624" w:type="dxa"/>
          </w:tcPr>
          <w:p w14:paraId="5B927169" w14:textId="77777777" w:rsidR="00A84B6E" w:rsidRPr="00FE0E30" w:rsidRDefault="00A84B6E"/>
        </w:tc>
        <w:tc>
          <w:tcPr>
            <w:tcW w:w="1624" w:type="dxa"/>
          </w:tcPr>
          <w:p w14:paraId="1C159DF7" w14:textId="77777777" w:rsidR="00A84B6E" w:rsidRPr="00FE0E30" w:rsidRDefault="00A84B6E"/>
        </w:tc>
      </w:tr>
    </w:tbl>
    <w:p w14:paraId="05BBDA10" w14:textId="0061B2DD" w:rsidR="00A84B6E" w:rsidRDefault="007E6C65">
      <w:pPr>
        <w:spacing w:after="80" w:line="252" w:lineRule="auto"/>
        <w:jc w:val="both"/>
      </w:pPr>
      <w:r w:rsidRPr="00FE0E30">
        <w:t xml:space="preserve">Il presente registro deve riportare il CUP </w:t>
      </w:r>
      <w:r w:rsidR="00FE0E30" w:rsidRPr="00FE0E30">
        <w:t>F81H25000250001</w:t>
      </w:r>
      <w:r w:rsidR="00FE0E30">
        <w:t xml:space="preserve"> </w:t>
      </w:r>
      <w:r w:rsidRPr="00FE0E30">
        <w:t>ed essere conservato agli atti del Comune e trasmesso ai fini della rendicontazione.</w:t>
      </w:r>
    </w:p>
    <w:sectPr w:rsidR="00A84B6E" w:rsidSect="00034616">
      <w:head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8EB5E" w14:textId="77777777" w:rsidR="009027FC" w:rsidRPr="00FE0E30" w:rsidRDefault="009027FC">
      <w:pPr>
        <w:spacing w:after="0" w:line="240" w:lineRule="auto"/>
      </w:pPr>
      <w:r w:rsidRPr="00FE0E30">
        <w:separator/>
      </w:r>
    </w:p>
  </w:endnote>
  <w:endnote w:type="continuationSeparator" w:id="0">
    <w:p w14:paraId="5B89DCD1" w14:textId="77777777" w:rsidR="009027FC" w:rsidRPr="00FE0E30" w:rsidRDefault="009027FC">
      <w:pPr>
        <w:spacing w:after="0" w:line="240" w:lineRule="auto"/>
      </w:pPr>
      <w:r w:rsidRPr="00FE0E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06BF3" w14:textId="77777777" w:rsidR="009027FC" w:rsidRPr="00FE0E30" w:rsidRDefault="009027FC">
      <w:pPr>
        <w:spacing w:after="0" w:line="240" w:lineRule="auto"/>
      </w:pPr>
      <w:bookmarkStart w:id="0" w:name="_Hlk243387357"/>
      <w:bookmarkEnd w:id="0"/>
      <w:r w:rsidRPr="00FE0E30">
        <w:separator/>
      </w:r>
    </w:p>
  </w:footnote>
  <w:footnote w:type="continuationSeparator" w:id="0">
    <w:p w14:paraId="08D1D1A9" w14:textId="77777777" w:rsidR="009027FC" w:rsidRPr="00FE0E30" w:rsidRDefault="009027FC">
      <w:pPr>
        <w:spacing w:after="0" w:line="240" w:lineRule="auto"/>
      </w:pPr>
      <w:r w:rsidRPr="00FE0E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012A5" w14:textId="5B58011F" w:rsidR="00FE0E30" w:rsidRPr="00535C70" w:rsidRDefault="00FB0C15" w:rsidP="00535C70">
    <w:pPr>
      <w:pStyle w:val="Intestazione"/>
    </w:pPr>
    <w:r w:rsidRPr="00FB0C15">
      <w:rPr>
        <w:rFonts w:cs="Times New Roman"/>
        <w:noProof/>
      </w:rPr>
      <w:drawing>
        <wp:inline distT="0" distB="0" distL="0" distR="0" wp14:anchorId="5A2FDD13" wp14:editId="7941016F">
          <wp:extent cx="1051560" cy="1005840"/>
          <wp:effectExtent l="0" t="0" r="0" b="381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100584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535C70" w:rsidRPr="00FE0E30">
      <w:rPr>
        <w:rFonts w:ascii="Garamond" w:hAnsi="Garamond"/>
        <w:bCs/>
        <w:iCs/>
        <w:noProof/>
        <w:color w:val="000000" w:themeColor="text1"/>
        <w:sz w:val="20"/>
        <w:szCs w:val="20"/>
      </w:rPr>
      <w:drawing>
        <wp:anchor distT="0" distB="0" distL="114300" distR="114300" simplePos="0" relativeHeight="251658752" behindDoc="0" locked="0" layoutInCell="1" allowOverlap="1" wp14:anchorId="508C5ADF" wp14:editId="68A867E0">
          <wp:simplePos x="0" y="0"/>
          <wp:positionH relativeFrom="column">
            <wp:posOffset>4958715</wp:posOffset>
          </wp:positionH>
          <wp:positionV relativeFrom="paragraph">
            <wp:posOffset>301625</wp:posOffset>
          </wp:positionV>
          <wp:extent cx="1386062" cy="505142"/>
          <wp:effectExtent l="0" t="0" r="5080" b="9525"/>
          <wp:wrapNone/>
          <wp:docPr id="193669735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697357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062" cy="505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35C70" w:rsidRPr="00FE0E30">
      <w:rPr>
        <w:rFonts w:ascii="Garamond" w:hAnsi="Garamond"/>
        <w:bCs/>
        <w:iCs/>
        <w:noProof/>
        <w:color w:val="000000" w:themeColor="text1"/>
        <w:sz w:val="20"/>
        <w:szCs w:val="20"/>
      </w:rPr>
      <w:drawing>
        <wp:anchor distT="0" distB="0" distL="114300" distR="114300" simplePos="0" relativeHeight="251662848" behindDoc="0" locked="0" layoutInCell="1" allowOverlap="1" wp14:anchorId="5C9E82E9" wp14:editId="284C32A2">
          <wp:simplePos x="0" y="0"/>
          <wp:positionH relativeFrom="column">
            <wp:posOffset>1087755</wp:posOffset>
          </wp:positionH>
          <wp:positionV relativeFrom="paragraph">
            <wp:posOffset>255905</wp:posOffset>
          </wp:positionV>
          <wp:extent cx="1699895" cy="446405"/>
          <wp:effectExtent l="0" t="0" r="0" b="0"/>
          <wp:wrapNone/>
          <wp:docPr id="173730226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30226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895" cy="446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0E30" w:rsidRPr="00FE0E30">
      <w:rPr>
        <w:rFonts w:ascii="Garamond" w:hAnsi="Garamond"/>
        <w:noProof/>
      </w:rPr>
      <w:drawing>
        <wp:anchor distT="0" distB="0" distL="114300" distR="114300" simplePos="0" relativeHeight="251655680" behindDoc="0" locked="0" layoutInCell="1" allowOverlap="1" wp14:anchorId="4A207E94" wp14:editId="62795EC1">
          <wp:simplePos x="0" y="0"/>
          <wp:positionH relativeFrom="margin">
            <wp:posOffset>3282315</wp:posOffset>
          </wp:positionH>
          <wp:positionV relativeFrom="paragraph">
            <wp:posOffset>-83820</wp:posOffset>
          </wp:positionV>
          <wp:extent cx="1319106" cy="1185863"/>
          <wp:effectExtent l="0" t="0" r="0" b="0"/>
          <wp:wrapNone/>
          <wp:docPr id="102579963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799633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9106" cy="11858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35C70">
      <w:rPr>
        <w:rFonts w:ascii="Garamond" w:hAnsi="Garamond"/>
        <w:bCs/>
        <w:iCs/>
        <w:color w:val="000000" w:themeColor="text1"/>
        <w:sz w:val="20"/>
        <w:szCs w:val="20"/>
      </w:rPr>
      <w:tab/>
    </w:r>
  </w:p>
  <w:p w14:paraId="02356900" w14:textId="0AA09C12" w:rsidR="00535C70" w:rsidRDefault="00535C70" w:rsidP="00535C70">
    <w:pPr>
      <w:tabs>
        <w:tab w:val="center" w:pos="4873"/>
      </w:tabs>
      <w:spacing w:after="0"/>
      <w:ind w:left="-567"/>
      <w:rPr>
        <w:rFonts w:ascii="Garamond" w:hAnsi="Garamond"/>
        <w:bCs/>
        <w:iCs/>
        <w:color w:val="000000" w:themeColor="text1"/>
        <w:sz w:val="12"/>
        <w:szCs w:val="12"/>
      </w:rPr>
    </w:pPr>
    <w:bookmarkStart w:id="1" w:name="_Hlk243386986"/>
    <w:r>
      <w:rPr>
        <w:rFonts w:ascii="Garamond" w:hAnsi="Garamond"/>
        <w:bCs/>
        <w:iCs/>
        <w:color w:val="000000" w:themeColor="text1"/>
        <w:sz w:val="12"/>
        <w:szCs w:val="12"/>
      </w:rPr>
      <w:t xml:space="preserve">        </w:t>
    </w:r>
    <w:r w:rsidR="00FB0C15">
      <w:rPr>
        <w:rFonts w:ascii="Garamond" w:hAnsi="Garamond"/>
        <w:bCs/>
        <w:iCs/>
        <w:color w:val="000000" w:themeColor="text1"/>
        <w:sz w:val="12"/>
        <w:szCs w:val="12"/>
      </w:rPr>
      <w:t xml:space="preserve">                </w:t>
    </w:r>
    <w:r w:rsidRPr="001D271F">
      <w:rPr>
        <w:rFonts w:ascii="Garamond" w:hAnsi="Garamond"/>
        <w:bCs/>
        <w:iCs/>
        <w:color w:val="000000" w:themeColor="text1"/>
        <w:sz w:val="12"/>
        <w:szCs w:val="12"/>
      </w:rPr>
      <w:t xml:space="preserve">COMUNE DI </w:t>
    </w:r>
    <w:r w:rsidR="00FB0C15">
      <w:rPr>
        <w:rFonts w:ascii="Garamond" w:hAnsi="Garamond"/>
        <w:bCs/>
        <w:iCs/>
        <w:color w:val="000000" w:themeColor="text1"/>
        <w:sz w:val="12"/>
        <w:szCs w:val="12"/>
      </w:rPr>
      <w:t>MAMMOLA</w:t>
    </w:r>
  </w:p>
  <w:p w14:paraId="3D7EAC0E" w14:textId="0A62A7BA" w:rsidR="00FE0E30" w:rsidRPr="00535C70" w:rsidRDefault="00535C70" w:rsidP="00535C70">
    <w:pPr>
      <w:tabs>
        <w:tab w:val="center" w:pos="4873"/>
      </w:tabs>
      <w:spacing w:after="0"/>
      <w:ind w:left="-567"/>
      <w:rPr>
        <w:rFonts w:ascii="Garamond" w:hAnsi="Garamond"/>
        <w:bCs/>
        <w:iCs/>
        <w:color w:val="000000" w:themeColor="text1"/>
        <w:sz w:val="12"/>
        <w:szCs w:val="12"/>
      </w:rPr>
    </w:pPr>
    <w:r>
      <w:rPr>
        <w:rFonts w:ascii="Garamond" w:hAnsi="Garamond"/>
        <w:bCs/>
        <w:iCs/>
        <w:color w:val="000000" w:themeColor="text1"/>
        <w:sz w:val="12"/>
        <w:szCs w:val="12"/>
      </w:rPr>
      <w:t xml:space="preserve">      </w:t>
    </w:r>
    <w:r w:rsidRPr="001D271F">
      <w:rPr>
        <w:rFonts w:ascii="Garamond" w:hAnsi="Garamond"/>
        <w:bCs/>
        <w:iCs/>
        <w:color w:val="000000" w:themeColor="text1"/>
        <w:sz w:val="12"/>
        <w:szCs w:val="12"/>
      </w:rPr>
      <w:t xml:space="preserve"> </w:t>
    </w:r>
    <w:r w:rsidR="00FB0C15">
      <w:rPr>
        <w:rFonts w:ascii="Garamond" w:hAnsi="Garamond"/>
        <w:bCs/>
        <w:iCs/>
        <w:color w:val="000000" w:themeColor="text1"/>
        <w:sz w:val="12"/>
        <w:szCs w:val="12"/>
      </w:rPr>
      <w:t xml:space="preserve">          </w:t>
    </w:r>
    <w:r w:rsidRPr="001D271F">
      <w:rPr>
        <w:rFonts w:ascii="Garamond" w:hAnsi="Garamond"/>
        <w:bCs/>
        <w:iCs/>
        <w:color w:val="000000" w:themeColor="text1"/>
        <w:sz w:val="12"/>
        <w:szCs w:val="12"/>
      </w:rPr>
      <w:t>Città Metropolitana di Reggio Calabria</w:t>
    </w:r>
    <w:bookmarkEnd w:id="1"/>
  </w:p>
  <w:p w14:paraId="3F9B7691" w14:textId="77777777" w:rsidR="00FE0E30" w:rsidRPr="00FE0E30" w:rsidRDefault="009027FC" w:rsidP="00FE0E30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  <w:r>
      <w:rPr>
        <w:rFonts w:ascii="Garamond" w:hAnsi="Garamond"/>
        <w:bCs/>
        <w:iCs/>
        <w:color w:val="000000" w:themeColor="text1"/>
        <w:sz w:val="20"/>
        <w:szCs w:val="20"/>
      </w:rPr>
      <w:pict w14:anchorId="16C606A7">
        <v:rect id="_x0000_i1025" alt="" style="width:481.9pt;height:.05pt;mso-width-percent:0;mso-height-percent:0;mso-width-percent:0;mso-height-percent:0" o:hralign="center" o:hrstd="t" o:hr="t" fillcolor="#a0a0a0" stroked="f"/>
      </w:pict>
    </w:r>
  </w:p>
  <w:p w14:paraId="120D9A45" w14:textId="101F2B1F" w:rsidR="00A84B6E" w:rsidRPr="00FE0E30" w:rsidRDefault="00A84B6E" w:rsidP="00FE0E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971776">
    <w:abstractNumId w:val="8"/>
  </w:num>
  <w:num w:numId="2" w16cid:durableId="742414924">
    <w:abstractNumId w:val="6"/>
  </w:num>
  <w:num w:numId="3" w16cid:durableId="1875842672">
    <w:abstractNumId w:val="5"/>
  </w:num>
  <w:num w:numId="4" w16cid:durableId="1353146397">
    <w:abstractNumId w:val="4"/>
  </w:num>
  <w:num w:numId="5" w16cid:durableId="1541088275">
    <w:abstractNumId w:val="7"/>
  </w:num>
  <w:num w:numId="6" w16cid:durableId="1761825639">
    <w:abstractNumId w:val="3"/>
  </w:num>
  <w:num w:numId="7" w16cid:durableId="33360030">
    <w:abstractNumId w:val="2"/>
  </w:num>
  <w:num w:numId="8" w16cid:durableId="1130366773">
    <w:abstractNumId w:val="1"/>
  </w:num>
  <w:num w:numId="9" w16cid:durableId="1586575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2075"/>
    <w:rsid w:val="001F40BF"/>
    <w:rsid w:val="0029639D"/>
    <w:rsid w:val="00326F90"/>
    <w:rsid w:val="00355E76"/>
    <w:rsid w:val="003D0B57"/>
    <w:rsid w:val="004E491A"/>
    <w:rsid w:val="00535C70"/>
    <w:rsid w:val="00555EC9"/>
    <w:rsid w:val="007E6C65"/>
    <w:rsid w:val="009027FC"/>
    <w:rsid w:val="009D497A"/>
    <w:rsid w:val="009E3A79"/>
    <w:rsid w:val="00A84B6E"/>
    <w:rsid w:val="00A91945"/>
    <w:rsid w:val="00AA1D8D"/>
    <w:rsid w:val="00B47730"/>
    <w:rsid w:val="00B751EE"/>
    <w:rsid w:val="00C75DFC"/>
    <w:rsid w:val="00CB0664"/>
    <w:rsid w:val="00D25ADC"/>
    <w:rsid w:val="00FB0C15"/>
    <w:rsid w:val="00FC693F"/>
    <w:rsid w:val="00FE0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D183EE1"/>
  <w14:defaultImageDpi w14:val="300"/>
  <w15:docId w15:val="{9E736860-88AD-47C2-A290-391AA84C0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Times New Roman" w:eastAsia="Times New Roman" w:hAnsi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6</cp:revision>
  <dcterms:created xsi:type="dcterms:W3CDTF">2026-10-20T09:16:00Z</dcterms:created>
  <dcterms:modified xsi:type="dcterms:W3CDTF">2026-11-02T14:57:00Z</dcterms:modified>
  <cp:category/>
</cp:coreProperties>
</file>